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144 године од дана рођења Стаљина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2023-12-21</w:t>
      </w:r>
    </w:p>
    <w:p>
      <w:pPr/>
    </w:p>
    <w:p/>
    <w:p>
      <w:r>
        <w:t>Стаљина  Не сумњајте, другови, да сам спреман да дам за ствар радничке класе, ствар пролетерске револуције и светског комунизма сву своју снагу, све своје способности, и, ако затреба, сву своју крв, кап за капљу.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144-ghodinie-od-dana-rodjienja-staljin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