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Лењин о ратовима као резултату саме природе капитализма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596646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596646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2026-01-25</w:t>
      </w:r>
    </w:p>
    <w:p>
      <w:pPr/>
    </w:p>
    <w:p/>
    <w:p>
      <w:r>
        <w:t>Ратови и све њихове њихове се среће последица су капитализма, који држи милионе радника у заробљеништву, заоштрава борбу између народа, и претвара робове капитала у топовско месо.</w:t>
      </w:r>
    </w:p>
    <w:p>
      <w:r>
        <w:t>Светска социјалистичка армија револуционарног пролетаријата је једина способна да стави крај на ову опресију и поробљавање маса, и на ове масакре робова у интересу робовласника.</w:t>
      </w:r>
    </w:p>
    <w:p>
      <w:r>
        <w:t>В.И. Лењин,</w:t>
      </w:r>
    </w:p>
    <w:p>
      <w:r>
        <w:t>„Свим грађанима Русије”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lenjin-o-ratovima-kao-rezultatu-same-prirode-kapitalizm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